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</w:tblPr>
      <w:tblGrid>
        <w:gridCol w:w="7198"/>
        <w:gridCol w:w="3119"/>
      </w:tblGrid>
      <w:tr>
        <w:tc>
          <w:tcPr>
            <w:tcW w:type="dxa" w:w="7198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bottom"/>
          </w:tcPr>
          <w:p>
            <w:pPr>
              <w:jc w:val="left"/>
            </w:pPr>
            <w:r>
              <w:rPr>
                <w:rFonts w:ascii="Calibri" w:hAnsi="Calibri" w:cs="Calibri" w:eastAsia="Calibri"/>
                <w:b/>
                <w:color w:val="2F4071"/>
                <w:sz w:val="36"/>
              </w:rPr>
              <w:t>Feuille de présence mensuelle</w:t>
            </w:r>
          </w:p>
        </w:tc>
        <w:tc>
          <w:tcPr>
            <w:tcW w:type="dxa" w:w="3119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bottom"/>
          </w:tcPr>
          <w:p>
            <w:pPr>
              <w:jc w:val="right"/>
            </w:pPr>
            <w:r>
              <w:rPr>
                <w:rFonts w:ascii="Calibri" w:hAnsi="Calibri" w:cs="Calibri" w:eastAsia="Calibri"/>
                <w:b w:val="0"/>
                <w:color w:val="98A2B3"/>
                <w:sz w:val="20"/>
              </w:rPr>
              <w:t>Mois / Année  ________________</w:t>
            </w:r>
          </w:p>
        </w:tc>
      </w:tr>
    </w:tbl>
    <w:p>
      <w:pPr>
        <w:spacing w:before="8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  <w:tblCellMar>
          <w:top w:w="0" w:type="dxa"/>
          <w:bottom w:w="0" w:type="dxa"/>
          <w:start w:w="0" w:type="dxa"/>
          <w:end w:w="0" w:type="dxa"/>
          <w:left w:w="0" w:type="dxa"/>
          <w:right w:w="0" w:type="dxa"/>
        </w:tblCellMar>
      </w:tblPr>
      <w:tblGrid>
        <w:gridCol w:w="4866"/>
        <w:gridCol w:w="584"/>
        <w:gridCol w:w="4866"/>
      </w:tblGrid>
      <w:tr>
        <w:trPr>
          <w:trHeight w:val="238" w:hRule="exact"/>
        </w:trPr>
        <w:tc>
          <w:tcPr>
            <w:tcW w:type="dxa" w:w="4867"/>
            <w:vAlign w:val="center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Salarié</w:t>
            </w:r>
          </w:p>
        </w:tc>
        <w:tc>
          <w:tcPr>
            <w:tcW w:type="dxa" w:w="584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867"/>
            <w:vAlign w:val="center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Entreprise / site</w:t>
            </w:r>
          </w:p>
        </w:tc>
      </w:tr>
      <w:tr>
        <w:trPr>
          <w:trHeight w:val="340" w:hRule="exact"/>
        </w:trPr>
        <w:tc>
          <w:tcPr>
            <w:tcW w:type="dxa" w:w="4867"/>
            <w:tcBorders>
              <w:top w:val="nil"/>
              <w:start w:val="nil"/>
              <w:left w:val="nil"/>
              <w:bottom w:val="single" w:sz="6" w:color="AAB4C8"/>
              <w:end w:val="nil"/>
              <w:right w:val="nil"/>
            </w:tcBorders>
          </w:tcPr>
          <w:p/>
        </w:tc>
        <w:tc>
          <w:tcPr>
            <w:tcW w:type="dxa" w:w="584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867"/>
            <w:tcBorders>
              <w:top w:val="nil"/>
              <w:start w:val="nil"/>
              <w:left w:val="nil"/>
              <w:bottom w:val="single" w:sz="6" w:color="AAB4C8"/>
              <w:end w:val="nil"/>
              <w:right w:val="nil"/>
            </w:tcBorders>
          </w:tcPr>
          <w:p/>
        </w:tc>
      </w:tr>
    </w:tbl>
    <w:p>
      <w:pPr>
        <w:spacing w:before="8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</w:tblPr>
      <w:tblGrid>
        <w:gridCol w:w="715"/>
        <w:gridCol w:w="817"/>
        <w:gridCol w:w="1123"/>
        <w:gridCol w:w="1736"/>
        <w:gridCol w:w="1123"/>
        <w:gridCol w:w="1736"/>
        <w:gridCol w:w="817"/>
        <w:gridCol w:w="817"/>
        <w:gridCol w:w="1430"/>
      </w:tblGrid>
      <w:tr>
        <w:trPr>
          <w:trHeight w:val="510" w:hRule="exact"/>
        </w:trPr>
        <w:tc>
          <w:tcPr>
            <w:tcW w:type="dxa" w:w="715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Date</w:t>
            </w:r>
          </w:p>
        </w:tc>
        <w:tc>
          <w:tcPr>
            <w:tcW w:type="dxa" w:w="81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Jour</w:t>
            </w:r>
          </w:p>
        </w:tc>
        <w:tc>
          <w:tcPr>
            <w:tcW w:type="dxa" w:w="1124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Arrivée</w:t>
            </w:r>
          </w:p>
        </w:tc>
        <w:tc>
          <w:tcPr>
            <w:tcW w:type="dxa" w:w="173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Signature</w:t>
            </w:r>
          </w:p>
        </w:tc>
        <w:tc>
          <w:tcPr>
            <w:tcW w:type="dxa" w:w="1124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Départ</w:t>
            </w:r>
          </w:p>
        </w:tc>
        <w:tc>
          <w:tcPr>
            <w:tcW w:type="dxa" w:w="173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Signature</w:t>
            </w:r>
          </w:p>
        </w:tc>
        <w:tc>
          <w:tcPr>
            <w:tcW w:type="dxa" w:w="81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Pause (min)</w:t>
            </w:r>
          </w:p>
        </w:tc>
        <w:tc>
          <w:tcPr>
            <w:tcW w:type="dxa" w:w="81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Heures</w:t>
            </w:r>
          </w:p>
        </w:tc>
        <w:tc>
          <w:tcPr>
            <w:tcW w:type="dxa" w:w="1430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Remarques</w:t>
            </w:r>
          </w:p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3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4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5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6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7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8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9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10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11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12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13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14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15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16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17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18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19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20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21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22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23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24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25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26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27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28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29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30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31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454" w:hRule="exact"/>
        </w:trPr>
        <w:tc>
          <w:tcPr>
            <w:tcW w:type="dxa" w:w="8071"/>
            <w:gridSpan w:val="7"/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vAlign w:val="center"/>
          </w:tcPr>
          <w:p>
            <w:pPr>
              <w:jc w:val="right"/>
            </w:pPr>
            <w:r>
              <w:rPr>
                <w:rFonts w:ascii="Calibri" w:hAnsi="Calibri" w:cs="Calibri" w:eastAsia="Calibri"/>
                <w:b/>
                <w:color w:val="2F4071"/>
                <w:sz w:val="19"/>
              </w:rPr>
              <w:t>Total des heures</w:t>
            </w:r>
          </w:p>
        </w:tc>
        <w:tc>
          <w:tcPr>
            <w:tcW w:type="dxa" w:w="817"/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</w:tcPr>
          <w:p/>
        </w:tc>
        <w:tc>
          <w:tcPr>
            <w:tcW w:type="dxa" w:w="1430"/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</w:tcPr>
          <w:p/>
        </w:tc>
      </w:tr>
    </w:tbl>
    <w:p>
      <w:pPr>
        <w:spacing w:before="16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</w:tblPr>
      <w:tblGrid>
        <w:gridCol w:w="4585"/>
        <w:gridCol w:w="1146"/>
        <w:gridCol w:w="4585"/>
      </w:tblGrid>
      <w:tr>
        <w:trPr>
          <w:trHeight w:val="510" w:hRule="exact"/>
        </w:trPr>
        <w:tc>
          <w:tcPr>
            <w:tcW w:type="dxa" w:w="458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tcBorders>
              <w:top w:val="nil"/>
              <w:start w:val="nil"/>
              <w:left w:val="nil"/>
              <w:bottom w:val="single" w:sz="6" w:color="1B2238"/>
              <w:end w:val="nil"/>
              <w:right w:val="nil"/>
            </w:tcBorders>
          </w:tcPr>
          <w:p/>
        </w:tc>
        <w:tc>
          <w:tcPr>
            <w:tcW w:type="dxa" w:w="114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58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tcBorders>
              <w:top w:val="nil"/>
              <w:start w:val="nil"/>
              <w:left w:val="nil"/>
              <w:bottom w:val="single" w:sz="6" w:color="1B2238"/>
              <w:end w:val="nil"/>
              <w:right w:val="nil"/>
            </w:tcBorders>
          </w:tcPr>
          <w:p/>
        </w:tc>
      </w:tr>
      <w:tr>
        <w:tc>
          <w:tcPr>
            <w:tcW w:type="dxa" w:w="458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top"/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Signature du salarié et date</w:t>
            </w:r>
          </w:p>
        </w:tc>
        <w:tc>
          <w:tcPr>
            <w:tcW w:type="dxa" w:w="114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58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top"/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Signature de l'employeur et date</w:t>
            </w:r>
          </w:p>
        </w:tc>
      </w:tr>
    </w:tbl>
    <w:p>
      <w:pPr>
        <w:spacing w:before="160" w:after="0"/>
      </w:pPr>
      <w:hyperlink r:id="rId9">
        <w:r>
          <w:rPr>
            <w:rFonts w:ascii="Calibri" w:hAnsi="Calibri" w:cs="Calibri" w:eastAsia="Calibri"/>
            <w:b w:val="0"/>
            <w:color w:val="98A2B3"/>
            <w:sz w:val="14"/>
          </w:rPr>
          <w:t>Modèle gratuit proposé par EasyHours · easyhours.fr – pointez depuis un téléphone ou une tablette partagée plutôt que sur papier.</w:t>
        </w:r>
      </w:hyperlink>
    </w:p>
    <w:sectPr w:rsidR="00FC693F" w:rsidRPr="0006063C" w:rsidSect="00034616">
      <w:pgSz w:w="11906" w:h="16838"/>
      <w:pgMar w:top="680" w:right="794" w:bottom="624" w:left="794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Calibri" w:hAnsi="Calibri" w:cs="Calibri" w:eastAsia="Calibri"/>
      <w:color w:val="1B2238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easyhours.fr/?utm_source=template&amp;utm_medium=docx&amp;utm_campaign=monthly-attendance-she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EasyHours</dc:creator>
  <cp:keywords>https://easyhours.fr/</cp:keywords>
  <dc:description>generated by python-docx</dc:description>
  <cp:lastModifiedBy>EasyHours</cp:lastModifiedBy>
  <cp:revision>1</cp:revision>
  <dcterms:created xsi:type="dcterms:W3CDTF">2013-12-23T23:15:00Z</dcterms:created>
  <dcterms:modified xsi:type="dcterms:W3CDTF">2013-12-23T23:15:00Z</dcterms:modified>
  <cp:category/>
</cp:coreProperties>
</file>